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D66" w:rsidRDefault="001A36DC">
      <w:pPr>
        <w:jc w:val="center"/>
        <w:rPr>
          <w:rFonts w:hint="eastAsia"/>
          <w:lang w:eastAsia="zh-TW"/>
        </w:rPr>
      </w:pPr>
      <w:r>
        <w:rPr>
          <w:b/>
          <w:color w:val="1A365D"/>
          <w:sz w:val="32"/>
          <w:lang w:eastAsia="zh-TW"/>
        </w:rPr>
        <w:t>桃園市</w:t>
      </w:r>
      <w:r>
        <w:rPr>
          <w:b/>
          <w:color w:val="1A365D"/>
          <w:sz w:val="32"/>
          <w:lang w:eastAsia="zh-TW"/>
        </w:rPr>
        <w:t>115</w:t>
      </w:r>
      <w:r>
        <w:rPr>
          <w:b/>
          <w:color w:val="1A365D"/>
          <w:sz w:val="32"/>
          <w:lang w:eastAsia="zh-TW"/>
        </w:rPr>
        <w:t>學年度學生音樂暨師生本土語及新</w:t>
      </w:r>
      <w:proofErr w:type="gramStart"/>
      <w:r>
        <w:rPr>
          <w:b/>
          <w:color w:val="1A365D"/>
          <w:sz w:val="32"/>
          <w:lang w:eastAsia="zh-TW"/>
        </w:rPr>
        <w:t>住民語歌謠</w:t>
      </w:r>
      <w:proofErr w:type="gramEnd"/>
      <w:r>
        <w:rPr>
          <w:b/>
          <w:color w:val="1A365D"/>
          <w:sz w:val="32"/>
          <w:lang w:eastAsia="zh-TW"/>
        </w:rPr>
        <w:t>比賽</w:t>
      </w:r>
    </w:p>
    <w:p w:rsidR="00915D66" w:rsidRDefault="001A36DC">
      <w:pPr>
        <w:jc w:val="center"/>
        <w:rPr>
          <w:rFonts w:hint="eastAsia"/>
          <w:lang w:eastAsia="zh-TW"/>
        </w:rPr>
      </w:pPr>
      <w:r>
        <w:rPr>
          <w:b/>
          <w:color w:val="2D3748"/>
          <w:sz w:val="28"/>
          <w:lang w:eastAsia="zh-TW"/>
        </w:rPr>
        <w:t>【個人組】報名資料核對表</w:t>
      </w:r>
      <w:r>
        <w:rPr>
          <w:b/>
          <w:color w:val="2D3748"/>
          <w:sz w:val="28"/>
          <w:lang w:eastAsia="zh-TW"/>
        </w:rPr>
        <w:t xml:space="preserve"> (</w:t>
      </w:r>
      <w:r>
        <w:rPr>
          <w:b/>
          <w:color w:val="2D3748"/>
          <w:sz w:val="28"/>
          <w:lang w:eastAsia="zh-TW"/>
        </w:rPr>
        <w:t>空白格式</w:t>
      </w:r>
      <w:r>
        <w:rPr>
          <w:b/>
          <w:color w:val="2D3748"/>
          <w:sz w:val="28"/>
          <w:lang w:eastAsia="zh-TW"/>
        </w:rPr>
        <w:t>)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1995"/>
        <w:gridCol w:w="2727"/>
        <w:gridCol w:w="1993"/>
        <w:gridCol w:w="2635"/>
      </w:tblGrid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2"/>
              </w:rPr>
              <w:t>參賽者姓名</w:t>
            </w:r>
            <w:proofErr w:type="spellEnd"/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性別</w:t>
            </w:r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rPr>
                <w:rFonts w:hint="eastAsia"/>
              </w:rPr>
            </w:pPr>
            <w:r>
              <w:rPr>
                <w:sz w:val="22"/>
              </w:rPr>
              <w:t xml:space="preserve">□ </w:t>
            </w:r>
            <w:r>
              <w:rPr>
                <w:sz w:val="22"/>
              </w:rPr>
              <w:t>男</w:t>
            </w:r>
            <w:r>
              <w:rPr>
                <w:sz w:val="22"/>
              </w:rPr>
              <w:t xml:space="preserve">   □ </w:t>
            </w:r>
            <w:r>
              <w:rPr>
                <w:sz w:val="22"/>
              </w:rPr>
              <w:t>女</w:t>
            </w:r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就讀學校</w:t>
            </w:r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333F7C">
            <w:pPr>
              <w:spacing w:after="0"/>
              <w:rPr>
                <w:rFonts w:hint="eastAsia"/>
                <w:lang w:eastAsia="zh-TW"/>
              </w:rPr>
            </w:pPr>
            <w:r>
              <w:rPr>
                <w:rFonts w:ascii="����" w:hAnsi="����"/>
                <w:color w:val="000000"/>
                <w:sz w:val="18"/>
                <w:szCs w:val="18"/>
                <w:lang w:eastAsia="zh-TW"/>
              </w:rPr>
              <w:t>【楊梅區】桃園市立承光華德福實驗高級中等學校</w:t>
            </w: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出生日期</w:t>
            </w:r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rPr>
                <w:rFonts w:hint="eastAsia"/>
              </w:rPr>
            </w:pPr>
            <w:r>
              <w:rPr>
                <w:sz w:val="22"/>
              </w:rPr>
              <w:t>西元</w:t>
            </w:r>
            <w:r>
              <w:rPr>
                <w:sz w:val="22"/>
              </w:rPr>
              <w:t xml:space="preserve">       </w:t>
            </w:r>
            <w:r>
              <w:rPr>
                <w:sz w:val="22"/>
              </w:rPr>
              <w:t>年</w:t>
            </w:r>
            <w:r>
              <w:rPr>
                <w:sz w:val="22"/>
              </w:rPr>
              <w:t xml:space="preserve">     </w:t>
            </w:r>
            <w:r>
              <w:rPr>
                <w:sz w:val="22"/>
              </w:rPr>
              <w:t>月</w:t>
            </w:r>
            <w:r>
              <w:rPr>
                <w:sz w:val="22"/>
              </w:rPr>
              <w:t xml:space="preserve">     </w:t>
            </w:r>
            <w:r>
              <w:rPr>
                <w:sz w:val="22"/>
              </w:rPr>
              <w:t>日</w:t>
            </w:r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身分證字號</w:t>
            </w:r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非本國籍</w:t>
            </w:r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rPr>
                <w:rFonts w:hint="eastAsia"/>
                <w:lang w:eastAsia="zh-TW"/>
              </w:rPr>
            </w:pPr>
            <w:r>
              <w:rPr>
                <w:sz w:val="22"/>
                <w:lang w:eastAsia="zh-TW"/>
              </w:rPr>
              <w:t xml:space="preserve">□ </w:t>
            </w:r>
            <w:r>
              <w:rPr>
                <w:sz w:val="22"/>
                <w:lang w:eastAsia="zh-TW"/>
              </w:rPr>
              <w:t>勾選</w:t>
            </w:r>
            <w:r>
              <w:rPr>
                <w:sz w:val="22"/>
                <w:lang w:eastAsia="zh-TW"/>
              </w:rPr>
              <w:t xml:space="preserve"> (</w:t>
            </w:r>
            <w:r>
              <w:rPr>
                <w:sz w:val="22"/>
                <w:lang w:eastAsia="zh-TW"/>
              </w:rPr>
              <w:t>外籍</w:t>
            </w:r>
            <w:proofErr w:type="gramStart"/>
            <w:r>
              <w:rPr>
                <w:sz w:val="22"/>
                <w:lang w:eastAsia="zh-TW"/>
              </w:rPr>
              <w:t>生免填</w:t>
            </w:r>
            <w:proofErr w:type="gramEnd"/>
            <w:r>
              <w:rPr>
                <w:sz w:val="22"/>
                <w:lang w:eastAsia="zh-TW"/>
              </w:rPr>
              <w:t>身分證字號</w:t>
            </w:r>
            <w:r>
              <w:rPr>
                <w:sz w:val="22"/>
                <w:lang w:eastAsia="zh-TW"/>
              </w:rPr>
              <w:t>)</w:t>
            </w:r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2"/>
              </w:rPr>
              <w:t>組別</w:t>
            </w:r>
            <w:proofErr w:type="spellEnd"/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 w:rsidP="00333F7C">
            <w:pPr>
              <w:spacing w:after="0"/>
              <w:rPr>
                <w:rFonts w:hint="eastAsia"/>
                <w:lang w:eastAsia="zh-TW"/>
              </w:rPr>
            </w:pPr>
            <w:r>
              <w:rPr>
                <w:sz w:val="22"/>
                <w:lang w:eastAsia="zh-TW"/>
              </w:rPr>
              <w:t xml:space="preserve">□ </w:t>
            </w:r>
            <w:proofErr w:type="gramStart"/>
            <w:r>
              <w:rPr>
                <w:sz w:val="22"/>
                <w:lang w:eastAsia="zh-TW"/>
              </w:rPr>
              <w:t>Ａ</w:t>
            </w:r>
            <w:proofErr w:type="gramEnd"/>
            <w:r>
              <w:rPr>
                <w:sz w:val="22"/>
                <w:lang w:eastAsia="zh-TW"/>
              </w:rPr>
              <w:t>組</w:t>
            </w:r>
            <w:r>
              <w:rPr>
                <w:sz w:val="22"/>
                <w:lang w:eastAsia="zh-TW"/>
              </w:rPr>
              <w:t xml:space="preserve"> (</w:t>
            </w:r>
            <w:r>
              <w:rPr>
                <w:sz w:val="22"/>
                <w:lang w:eastAsia="zh-TW"/>
              </w:rPr>
              <w:t>音樂班</w:t>
            </w:r>
            <w:r>
              <w:rPr>
                <w:sz w:val="22"/>
                <w:lang w:eastAsia="zh-TW"/>
              </w:rPr>
              <w:t>/</w:t>
            </w:r>
            <w:r>
              <w:rPr>
                <w:sz w:val="22"/>
                <w:lang w:eastAsia="zh-TW"/>
              </w:rPr>
              <w:t>專業科系</w:t>
            </w:r>
            <w:r>
              <w:rPr>
                <w:sz w:val="22"/>
                <w:lang w:eastAsia="zh-TW"/>
              </w:rPr>
              <w:t>)</w:t>
            </w:r>
            <w:r>
              <w:rPr>
                <w:sz w:val="22"/>
                <w:lang w:eastAsia="zh-TW"/>
              </w:rPr>
              <w:br/>
            </w:r>
            <w:proofErr w:type="gramStart"/>
            <w:r w:rsidR="00333F7C">
              <w:rPr>
                <w:rFonts w:ascii="標楷體" w:eastAsia="標楷體" w:hAnsi="標楷體" w:hint="eastAsia"/>
                <w:sz w:val="22"/>
                <w:lang w:eastAsia="zh-TW"/>
              </w:rPr>
              <w:t>▓</w:t>
            </w:r>
            <w:proofErr w:type="gramEnd"/>
            <w:r>
              <w:rPr>
                <w:sz w:val="22"/>
                <w:lang w:eastAsia="zh-TW"/>
              </w:rPr>
              <w:t xml:space="preserve"> </w:t>
            </w:r>
            <w:proofErr w:type="gramStart"/>
            <w:r>
              <w:rPr>
                <w:sz w:val="22"/>
                <w:lang w:eastAsia="zh-TW"/>
              </w:rPr>
              <w:t>Ｂ</w:t>
            </w:r>
            <w:proofErr w:type="gramEnd"/>
            <w:r>
              <w:rPr>
                <w:sz w:val="22"/>
                <w:lang w:eastAsia="zh-TW"/>
              </w:rPr>
              <w:t>組</w:t>
            </w:r>
            <w:r>
              <w:rPr>
                <w:sz w:val="22"/>
                <w:lang w:eastAsia="zh-TW"/>
              </w:rPr>
              <w:t xml:space="preserve"> (</w:t>
            </w:r>
            <w:r>
              <w:rPr>
                <w:sz w:val="22"/>
                <w:lang w:eastAsia="zh-TW"/>
              </w:rPr>
              <w:t>一般學生</w:t>
            </w:r>
            <w:r>
              <w:rPr>
                <w:sz w:val="22"/>
                <w:lang w:eastAsia="zh-TW"/>
              </w:rPr>
              <w:t>)</w:t>
            </w: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2"/>
              </w:rPr>
              <w:t>分</w:t>
            </w:r>
            <w:r>
              <w:rPr>
                <w:b/>
                <w:sz w:val="22"/>
              </w:rPr>
              <w:t>區</w:t>
            </w:r>
            <w:proofErr w:type="spellEnd"/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 w:rsidP="00333F7C">
            <w:pPr>
              <w:spacing w:after="0"/>
              <w:rPr>
                <w:rFonts w:hint="eastAsia"/>
              </w:rPr>
            </w:pPr>
            <w:r>
              <w:rPr>
                <w:sz w:val="22"/>
              </w:rPr>
              <w:t xml:space="preserve">□ </w:t>
            </w:r>
            <w:proofErr w:type="spellStart"/>
            <w:r>
              <w:rPr>
                <w:sz w:val="22"/>
              </w:rPr>
              <w:t>北區</w:t>
            </w:r>
            <w:proofErr w:type="spellEnd"/>
            <w:r>
              <w:rPr>
                <w:sz w:val="22"/>
              </w:rPr>
              <w:t xml:space="preserve">   </w:t>
            </w:r>
            <w:r w:rsidR="00333F7C">
              <w:rPr>
                <w:rFonts w:ascii="標楷體" w:eastAsia="標楷體" w:hAnsi="標楷體" w:hint="eastAsia"/>
                <w:sz w:val="22"/>
              </w:rPr>
              <w:t>▓</w:t>
            </w:r>
            <w:proofErr w:type="spellStart"/>
            <w:r>
              <w:rPr>
                <w:sz w:val="22"/>
              </w:rPr>
              <w:t>南區</w:t>
            </w:r>
            <w:proofErr w:type="spellEnd"/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參賽級別</w:t>
            </w:r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rPr>
                <w:rFonts w:hint="eastAsia"/>
                <w:lang w:eastAsia="zh-TW"/>
              </w:rPr>
            </w:pPr>
            <w:r>
              <w:rPr>
                <w:sz w:val="22"/>
                <w:lang w:eastAsia="zh-TW"/>
              </w:rPr>
              <w:t xml:space="preserve">□ </w:t>
            </w:r>
            <w:r>
              <w:rPr>
                <w:sz w:val="22"/>
                <w:lang w:eastAsia="zh-TW"/>
              </w:rPr>
              <w:t>國小組</w:t>
            </w:r>
            <w:r>
              <w:rPr>
                <w:sz w:val="22"/>
                <w:lang w:eastAsia="zh-TW"/>
              </w:rPr>
              <w:t xml:space="preserve">    □ </w:t>
            </w:r>
            <w:r>
              <w:rPr>
                <w:sz w:val="22"/>
                <w:lang w:eastAsia="zh-TW"/>
              </w:rPr>
              <w:t>國中組</w:t>
            </w:r>
            <w:r>
              <w:rPr>
                <w:sz w:val="22"/>
                <w:lang w:eastAsia="zh-TW"/>
              </w:rPr>
              <w:br/>
              <w:t xml:space="preserve">□ </w:t>
            </w:r>
            <w:proofErr w:type="gramStart"/>
            <w:r>
              <w:rPr>
                <w:sz w:val="22"/>
                <w:lang w:eastAsia="zh-TW"/>
              </w:rPr>
              <w:t>高中職組</w:t>
            </w:r>
            <w:proofErr w:type="gramEnd"/>
            <w:r>
              <w:rPr>
                <w:sz w:val="22"/>
                <w:lang w:eastAsia="zh-TW"/>
              </w:rPr>
              <w:t xml:space="preserve">  □ </w:t>
            </w:r>
            <w:r>
              <w:rPr>
                <w:sz w:val="22"/>
                <w:lang w:eastAsia="zh-TW"/>
              </w:rPr>
              <w:t>大專組</w:t>
            </w: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22"/>
              </w:rPr>
              <w:t>參賽項目</w:t>
            </w:r>
            <w:proofErr w:type="spellEnd"/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跨兩項比賽</w:t>
            </w:r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rPr>
                <w:rFonts w:hint="eastAsia"/>
              </w:rPr>
            </w:pPr>
            <w:r>
              <w:rPr>
                <w:sz w:val="22"/>
              </w:rPr>
              <w:t xml:space="preserve">□ </w:t>
            </w:r>
            <w:r>
              <w:rPr>
                <w:sz w:val="22"/>
              </w:rPr>
              <w:t>否</w:t>
            </w:r>
            <w:r>
              <w:rPr>
                <w:sz w:val="22"/>
              </w:rPr>
              <w:br/>
              <w:t xml:space="preserve">□ </w:t>
            </w:r>
            <w:r>
              <w:rPr>
                <w:sz w:val="22"/>
              </w:rPr>
              <w:t>是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>另一項目：</w:t>
            </w:r>
            <w:r>
              <w:rPr>
                <w:sz w:val="22"/>
              </w:rPr>
              <w:t>___________)</w:t>
            </w: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有無伴奏者</w:t>
            </w:r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rPr>
                <w:rFonts w:hint="eastAsia"/>
              </w:rPr>
            </w:pPr>
            <w:r>
              <w:rPr>
                <w:sz w:val="22"/>
              </w:rPr>
              <w:t xml:space="preserve">□ </w:t>
            </w:r>
            <w:r>
              <w:rPr>
                <w:sz w:val="22"/>
              </w:rPr>
              <w:t>無</w:t>
            </w:r>
            <w:r>
              <w:rPr>
                <w:sz w:val="22"/>
              </w:rPr>
              <w:t xml:space="preserve">   □ </w:t>
            </w:r>
            <w:r>
              <w:rPr>
                <w:sz w:val="22"/>
              </w:rPr>
              <w:t>有</w:t>
            </w:r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自選曲名稱</w:t>
            </w:r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自選曲作詞曲者</w:t>
            </w:r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指導教師</w:t>
            </w:r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通訊地址</w:t>
            </w:r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</w:tr>
      <w:tr w:rsidR="00915D66" w:rsidTr="00904C47">
        <w:trPr>
          <w:jc w:val="center"/>
        </w:trPr>
        <w:tc>
          <w:tcPr>
            <w:tcW w:w="2065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電話</w:t>
            </w:r>
            <w:r>
              <w:rPr>
                <w:b/>
                <w:sz w:val="22"/>
              </w:rPr>
              <w:t>(H)</w:t>
            </w:r>
          </w:p>
        </w:tc>
        <w:tc>
          <w:tcPr>
            <w:tcW w:w="2792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  <w:tc>
          <w:tcPr>
            <w:tcW w:w="2064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1A36DC">
            <w:pPr>
              <w:spacing w:after="0"/>
              <w:jc w:val="center"/>
              <w:rPr>
                <w:rFonts w:hint="eastAsia"/>
              </w:rPr>
            </w:pPr>
            <w:r>
              <w:rPr>
                <w:b/>
                <w:sz w:val="22"/>
              </w:rPr>
              <w:t>行動電話</w:t>
            </w:r>
            <w:r>
              <w:rPr>
                <w:b/>
                <w:sz w:val="22"/>
              </w:rPr>
              <w:t>(</w:t>
            </w:r>
            <w:r>
              <w:rPr>
                <w:b/>
                <w:sz w:val="22"/>
              </w:rPr>
              <w:t>手機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2739" w:type="dxa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915D66" w:rsidRDefault="00915D66">
            <w:pPr>
              <w:spacing w:after="0"/>
              <w:rPr>
                <w:rFonts w:hint="eastAsia"/>
              </w:rPr>
            </w:pPr>
          </w:p>
        </w:tc>
      </w:tr>
    </w:tbl>
    <w:p w:rsidR="00904C47" w:rsidRPr="00904C47" w:rsidRDefault="00904C47" w:rsidP="00904C47">
      <w:pPr>
        <w:numPr>
          <w:ilvl w:val="0"/>
          <w:numId w:val="10"/>
        </w:numPr>
        <w:spacing w:after="0" w:line="240" w:lineRule="auto"/>
        <w:ind w:left="0"/>
        <w:rPr>
          <w:rFonts w:ascii="Arial" w:eastAsia="新細明體" w:hAnsi="Arial" w:cs="Arial"/>
          <w:szCs w:val="24"/>
          <w:lang w:eastAsia="zh-TW"/>
        </w:rPr>
      </w:pPr>
      <w:r>
        <w:rPr>
          <w:rFonts w:ascii="Arial" w:eastAsia="新細明體" w:hAnsi="Arial" w:cs="Arial" w:hint="eastAsia"/>
          <w:b/>
          <w:bCs/>
          <w:szCs w:val="24"/>
          <w:lang w:eastAsia="zh-TW"/>
        </w:rPr>
        <w:t>請於</w:t>
      </w:r>
      <w:r>
        <w:rPr>
          <w:rFonts w:ascii="Arial" w:eastAsia="新細明體" w:hAnsi="Arial" w:cs="Arial" w:hint="eastAsia"/>
          <w:b/>
          <w:bCs/>
          <w:szCs w:val="24"/>
          <w:lang w:eastAsia="zh-TW"/>
        </w:rPr>
        <w:t>9/4</w:t>
      </w:r>
      <w:r w:rsidR="00A87579">
        <w:rPr>
          <w:rFonts w:ascii="Arial" w:eastAsia="新細明體" w:hAnsi="Arial" w:cs="Arial"/>
          <w:b/>
          <w:bCs/>
          <w:szCs w:val="24"/>
          <w:lang w:eastAsia="zh-TW"/>
        </w:rPr>
        <w:t>(</w:t>
      </w:r>
      <w:r w:rsidR="00A87579">
        <w:rPr>
          <w:rFonts w:ascii="Arial" w:eastAsia="新細明體" w:hAnsi="Arial" w:cs="Arial" w:hint="eastAsia"/>
          <w:b/>
          <w:bCs/>
          <w:szCs w:val="24"/>
          <w:lang w:eastAsia="zh-TW"/>
        </w:rPr>
        <w:t>五</w:t>
      </w:r>
      <w:r w:rsidR="00A87579">
        <w:rPr>
          <w:rFonts w:ascii="Arial" w:eastAsia="新細明體" w:hAnsi="Arial" w:cs="Arial"/>
          <w:b/>
          <w:bCs/>
          <w:szCs w:val="24"/>
          <w:lang w:eastAsia="zh-TW"/>
        </w:rPr>
        <w:t>)</w:t>
      </w:r>
      <w:r>
        <w:rPr>
          <w:rFonts w:ascii="Arial" w:eastAsia="新細明體" w:hAnsi="Arial" w:cs="Arial" w:hint="eastAsia"/>
          <w:b/>
          <w:bCs/>
          <w:szCs w:val="24"/>
          <w:lang w:eastAsia="zh-TW"/>
        </w:rPr>
        <w:t>將紙本報名表交回訓育組進行</w:t>
      </w:r>
      <w:r w:rsidRPr="00904C47">
        <w:rPr>
          <w:rFonts w:ascii="Arial" w:eastAsia="新細明體" w:hAnsi="Arial" w:cs="Arial"/>
          <w:b/>
          <w:bCs/>
          <w:szCs w:val="24"/>
          <w:lang w:eastAsia="zh-TW"/>
        </w:rPr>
        <w:t>網路登錄</w:t>
      </w:r>
      <w:r>
        <w:rPr>
          <w:rFonts w:ascii="Arial" w:eastAsia="新細明體" w:hAnsi="Arial" w:cs="Arial" w:hint="eastAsia"/>
          <w:b/>
          <w:bCs/>
          <w:szCs w:val="24"/>
          <w:lang w:eastAsia="zh-TW"/>
        </w:rPr>
        <w:t>及核章</w:t>
      </w:r>
      <w:r w:rsidRPr="00904C47">
        <w:rPr>
          <w:rFonts w:ascii="Arial" w:eastAsia="新細明體" w:hAnsi="Arial" w:cs="Arial"/>
          <w:szCs w:val="24"/>
          <w:lang w:eastAsia="zh-TW"/>
        </w:rPr>
        <w:t>。</w:t>
      </w:r>
    </w:p>
    <w:p w:rsidR="00904C47" w:rsidRPr="00904C47" w:rsidRDefault="00904C47" w:rsidP="00904C47">
      <w:pPr>
        <w:numPr>
          <w:ilvl w:val="0"/>
          <w:numId w:val="10"/>
        </w:numPr>
        <w:spacing w:after="0" w:line="240" w:lineRule="auto"/>
        <w:ind w:left="0"/>
        <w:rPr>
          <w:rFonts w:ascii="Arial" w:eastAsia="新細明體" w:hAnsi="Arial" w:cs="Arial"/>
          <w:szCs w:val="24"/>
          <w:lang w:eastAsia="zh-TW"/>
        </w:rPr>
      </w:pPr>
      <w:r w:rsidRPr="00904C47">
        <w:rPr>
          <w:rFonts w:ascii="Arial" w:eastAsia="新細明體" w:hAnsi="Arial" w:cs="Arial"/>
          <w:szCs w:val="24"/>
          <w:lang w:eastAsia="zh-TW"/>
        </w:rPr>
        <w:t>核章完成的正式報名表，</w:t>
      </w:r>
      <w:r w:rsidR="00FE5417">
        <w:rPr>
          <w:rFonts w:ascii="Arial" w:eastAsia="新細明體" w:hAnsi="Arial" w:cs="Arial" w:hint="eastAsia"/>
          <w:szCs w:val="24"/>
          <w:lang w:eastAsia="zh-TW"/>
        </w:rPr>
        <w:t>學</w:t>
      </w:r>
      <w:proofErr w:type="gramStart"/>
      <w:r w:rsidR="00FE5417">
        <w:rPr>
          <w:rFonts w:ascii="Arial" w:eastAsia="新細明體" w:hAnsi="Arial" w:cs="Arial" w:hint="eastAsia"/>
          <w:szCs w:val="24"/>
          <w:lang w:eastAsia="zh-TW"/>
        </w:rPr>
        <w:t>務</w:t>
      </w:r>
      <w:proofErr w:type="gramEnd"/>
      <w:r w:rsidR="00FE5417">
        <w:rPr>
          <w:rFonts w:ascii="Arial" w:eastAsia="新細明體" w:hAnsi="Arial" w:cs="Arial" w:hint="eastAsia"/>
          <w:szCs w:val="24"/>
          <w:lang w:eastAsia="zh-TW"/>
        </w:rPr>
        <w:t>處</w:t>
      </w:r>
      <w:r w:rsidRPr="00904C47">
        <w:rPr>
          <w:rFonts w:ascii="Arial" w:eastAsia="新細明體" w:hAnsi="Arial" w:cs="Arial"/>
          <w:szCs w:val="24"/>
          <w:lang w:eastAsia="zh-TW"/>
        </w:rPr>
        <w:t>須於</w:t>
      </w:r>
      <w:r w:rsidRPr="00904C47">
        <w:rPr>
          <w:rFonts w:ascii="Arial" w:eastAsia="新細明體" w:hAnsi="Arial" w:cs="Arial"/>
          <w:szCs w:val="24"/>
          <w:lang w:eastAsia="zh-TW"/>
        </w:rPr>
        <w:t xml:space="preserve"> </w:t>
      </w:r>
      <w:r w:rsidRPr="00904C47">
        <w:rPr>
          <w:rFonts w:ascii="Arial" w:eastAsia="新細明體" w:hAnsi="Arial" w:cs="Arial"/>
          <w:b/>
          <w:bCs/>
          <w:szCs w:val="24"/>
          <w:lang w:eastAsia="zh-TW"/>
        </w:rPr>
        <w:t xml:space="preserve">9 </w:t>
      </w:r>
      <w:r w:rsidRPr="00904C47">
        <w:rPr>
          <w:rFonts w:ascii="Arial" w:eastAsia="新細明體" w:hAnsi="Arial" w:cs="Arial"/>
          <w:b/>
          <w:bCs/>
          <w:szCs w:val="24"/>
          <w:lang w:eastAsia="zh-TW"/>
        </w:rPr>
        <w:t>月</w:t>
      </w:r>
      <w:r w:rsidRPr="00904C47">
        <w:rPr>
          <w:rFonts w:ascii="Arial" w:eastAsia="新細明體" w:hAnsi="Arial" w:cs="Arial"/>
          <w:b/>
          <w:bCs/>
          <w:szCs w:val="24"/>
          <w:lang w:eastAsia="zh-TW"/>
        </w:rPr>
        <w:t xml:space="preserve"> 8 </w:t>
      </w:r>
      <w:r w:rsidRPr="00904C47">
        <w:rPr>
          <w:rFonts w:ascii="Arial" w:eastAsia="新細明體" w:hAnsi="Arial" w:cs="Arial"/>
          <w:b/>
          <w:bCs/>
          <w:szCs w:val="24"/>
          <w:lang w:eastAsia="zh-TW"/>
        </w:rPr>
        <w:t>日前（以郵戳為憑）</w:t>
      </w:r>
      <w:r w:rsidRPr="00904C47">
        <w:rPr>
          <w:rFonts w:ascii="Arial" w:eastAsia="新細明體" w:hAnsi="Arial" w:cs="Arial"/>
          <w:szCs w:val="24"/>
          <w:lang w:eastAsia="zh-TW"/>
        </w:rPr>
        <w:t xml:space="preserve"> </w:t>
      </w:r>
      <w:r w:rsidRPr="00904C47">
        <w:rPr>
          <w:rFonts w:ascii="Arial" w:eastAsia="新細明體" w:hAnsi="Arial" w:cs="Arial"/>
          <w:szCs w:val="24"/>
          <w:lang w:eastAsia="zh-TW"/>
        </w:rPr>
        <w:t>以限時掛號寄送至承辦學校</w:t>
      </w:r>
      <w:proofErr w:type="gramStart"/>
      <w:r w:rsidRPr="00904C47">
        <w:rPr>
          <w:rFonts w:ascii="Arial" w:eastAsia="新細明體" w:hAnsi="Arial" w:cs="Arial"/>
          <w:szCs w:val="24"/>
          <w:lang w:eastAsia="zh-TW"/>
        </w:rPr>
        <w:t>（</w:t>
      </w:r>
      <w:proofErr w:type="gramEnd"/>
      <w:r w:rsidRPr="00904C47">
        <w:rPr>
          <w:rFonts w:ascii="Arial" w:eastAsia="新細明體" w:hAnsi="Arial" w:cs="Arial"/>
          <w:szCs w:val="24"/>
          <w:lang w:eastAsia="zh-TW"/>
        </w:rPr>
        <w:t>音樂比賽寄至平鎮國中；歌謠比賽寄至新勢國小</w:t>
      </w:r>
      <w:proofErr w:type="gramStart"/>
      <w:r w:rsidRPr="00904C47">
        <w:rPr>
          <w:rFonts w:ascii="Arial" w:eastAsia="新細明體" w:hAnsi="Arial" w:cs="Arial"/>
          <w:szCs w:val="24"/>
          <w:lang w:eastAsia="zh-TW"/>
        </w:rPr>
        <w:t>）</w:t>
      </w:r>
      <w:proofErr w:type="gramEnd"/>
      <w:r w:rsidRPr="00904C47">
        <w:rPr>
          <w:rFonts w:ascii="Arial" w:eastAsia="新細明體" w:hAnsi="Arial" w:cs="Arial"/>
          <w:szCs w:val="24"/>
          <w:lang w:eastAsia="zh-TW"/>
        </w:rPr>
        <w:t>，才算完成報名手續</w:t>
      </w:r>
      <w:r w:rsidR="00FE5417">
        <w:rPr>
          <w:rFonts w:ascii="Arial" w:eastAsia="新細明體" w:hAnsi="Arial" w:cs="Arial" w:hint="eastAsia"/>
          <w:szCs w:val="24"/>
          <w:lang w:eastAsia="zh-TW"/>
        </w:rPr>
        <w:t>，所以</w:t>
      </w:r>
      <w:r w:rsidR="00FE5417" w:rsidRPr="00FE5417">
        <w:rPr>
          <w:rFonts w:ascii="Arial" w:eastAsia="新細明體" w:hAnsi="Arial" w:cs="Arial" w:hint="eastAsia"/>
          <w:b/>
          <w:szCs w:val="24"/>
          <w:lang w:eastAsia="zh-TW"/>
        </w:rPr>
        <w:t>請提早繳交紙本供訓育</w:t>
      </w:r>
      <w:proofErr w:type="gramStart"/>
      <w:r w:rsidR="00FE5417" w:rsidRPr="00FE5417">
        <w:rPr>
          <w:rFonts w:ascii="Arial" w:eastAsia="新細明體" w:hAnsi="Arial" w:cs="Arial" w:hint="eastAsia"/>
          <w:b/>
          <w:szCs w:val="24"/>
          <w:lang w:eastAsia="zh-TW"/>
        </w:rPr>
        <w:t>組登打</w:t>
      </w:r>
      <w:proofErr w:type="gramEnd"/>
      <w:r w:rsidRPr="00904C47">
        <w:rPr>
          <w:rFonts w:ascii="Arial" w:eastAsia="新細明體" w:hAnsi="Arial" w:cs="Arial"/>
          <w:szCs w:val="24"/>
          <w:lang w:eastAsia="zh-TW"/>
        </w:rPr>
        <w:t>。</w:t>
      </w:r>
    </w:p>
    <w:p w:rsidR="001A36DC" w:rsidRDefault="001A36DC">
      <w:pPr>
        <w:rPr>
          <w:lang w:eastAsia="zh-TW"/>
        </w:rPr>
      </w:pPr>
      <w:bookmarkStart w:id="0" w:name="_GoBack"/>
      <w:bookmarkEnd w:id="0"/>
    </w:p>
    <w:sectPr w:rsidR="001A36D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����"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D28117F"/>
    <w:multiLevelType w:val="multilevel"/>
    <w:tmpl w:val="D91A5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A36DC"/>
    <w:rsid w:val="0029639D"/>
    <w:rsid w:val="00326F90"/>
    <w:rsid w:val="00333F7C"/>
    <w:rsid w:val="00904C47"/>
    <w:rsid w:val="00915D66"/>
    <w:rsid w:val="00A3513A"/>
    <w:rsid w:val="00A87579"/>
    <w:rsid w:val="00AA1D8D"/>
    <w:rsid w:val="00B47730"/>
    <w:rsid w:val="00CB0664"/>
    <w:rsid w:val="00FC693F"/>
    <w:rsid w:val="00FE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60F34D"/>
  <w14:defaultImageDpi w14:val="300"/>
  <w15:docId w15:val="{8F80480D-AEDB-4969-86E0-BE23B8B6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微軟正黑體" w:hAnsi="微軟正黑體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inqyif">
    <w:name w:val="inqyif"/>
    <w:basedOn w:val="a2"/>
    <w:rsid w:val="00904C47"/>
  </w:style>
  <w:style w:type="character" w:styleId="affa">
    <w:name w:val="Hyperlink"/>
    <w:basedOn w:val="a2"/>
    <w:uiPriority w:val="99"/>
    <w:semiHidden/>
    <w:unhideWhenUsed/>
    <w:rsid w:val="00904C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0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25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DC8200-1D00-4EB4-9BCD-4195211FF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2026-08-31T03:24:00Z</dcterms:created>
  <dcterms:modified xsi:type="dcterms:W3CDTF">2026-08-31T03:24:00Z</dcterms:modified>
  <cp:category/>
</cp:coreProperties>
</file>